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(רבוסים)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חידת התמונה ואת שלבי הפתרון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הדרכים העיקריות לבניית חידה: צירוף, אותיות, סמיכות, הומופון, חיסור, מספר וצורת 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אמיתיות ולזהות יישובים לפי אזור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ולבנות חידת תמונה עצמית בעזרת הכללים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איך פותרים חידת תמונה: מבנה וסולם רמזים –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מזהים את המילים האפשריות לפני שמחברים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לתמונה יש יותר ממשמעות אחת, למשל עין יכולה להיות גם איבר וגם 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השלב השני בפתרון – ספירה לפני חיבור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איך פותרים חידת תמונה: מבנה וסולם רמזים – סולם הרמזים ושימוש בשלבים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מפה – איזה 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כותבים הסבר איך פתרתם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איך פותרים חידת תמונה: מבנה וסולם רמזים – תרגול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דרכי בניית חידה: צירוף, אותיות וסמיכות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צירוף מילים 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דרכי בניית חידה: צירוף, אותיות וסמיכות – זיהוי והבנה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אפשר לצייר בנפרד ולחבר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זאת צורת הנסמך בעברית, למשל רמה+גן=רמת 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דרכי בניית חידה: צירוף, אותיות וסמיכות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דרכי בניית חידה: צירוף, אותיות וסמיכות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(צירוף מילים שלמות)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(צירוף מילים שלמות)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(מילה+אותיות)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(מילה+אותיות)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צליל דומה, חיסור וצורת זוגי – חידות מתקדמות – היכרות עם הדרכים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שתי מילים שנשמעות דומה אך כתובות או מתפרשות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רהיט − י = רהט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צליל דומה, חיסור וצורת זוגי – חידות מתקדמות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קריית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צליל דומה, חיסור וצורת זוגי – חידות מתקדמות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(ראש + פינה = ראש 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(רהיט − י = רהט)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(באר + 7 = באר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(גבעה + גבעה = גבעתיים)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צליל דומה, חיסור וצורת זוגי – חידות מתקדמות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מורידים את האות 'י' שנמצאת באמצע המילה, לא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נשמעות דומה אך המשמעות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פותרים לפי אזור: מהגליל ועד הערבה – מכירים את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סולם הרמזים בכל חידת תמונה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חידה מתויגת ברמת קושי לפי מספר 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פותרים לפי אזור: מהגליל ועד הערבה – מקום ואזור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(הגליל והצפון)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(חיפה והכרמל)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(השרון והמרכז)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(הנגב והערבה)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פותרים לפי אזור: מהגליל ועד הערבה – פותרים את משחק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חידת תמונה משלנו – מכירים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אומרים בקול מה רואים בכל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מילה ועוד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חידת תמונה משלנו – מתרגלים פירוק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חידת תמונה משלנו – מתכננים חידה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(ראש + 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(איל + 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(רמה + 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(אתה → אתא)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משחקים: חידון מהיר, קבוצות ומפת הארץ – זיכרון ומבנה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עד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מסבירים את משחק המילים בפתרון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מזכיר: זיהוי תמונה, ספירת משבצות, חיבור ובדיקה מול מפת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לצירוף היא שתי מילים נפרדות (למשל כפר יונה) והדוגמה לסמיכות מראה שינוי ה'-ה' ל'-ת' (למשל קריית 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מציגה פירוק הגיוני לחלקים מצוירים/אותיות, בהתאם לאחת מהשיטות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שיעורים: שיעור אחד לפתרון ולסולם רמזים, שיעור שני לדרכי הבנייה, שיעור שלישי לתרגול לפי אזור, ושיעור רביעי לבניית חידה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בחידות קלות ובדרכי בניה הבסיסיות (צירוף ומילה+אותיות), ולדלג על הומופונים וחיסור 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בניתוח לשוני: מדוע צורת הנסמך משתנה בעברית, ומה ההבדל בין הומופון להומונים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במשחק קצר (חידון בעל פה או עבודה בזוגות) לפני המעבר לפרק הבא, כדי לחזק את הלמידה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מקום בארץ – חידות תמונה: מזהים את היישוב?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מקום בארץ: חידות תמונה (רבוסים) על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פתרון וחשיבה על חידות תמונה של יישובים בארץ, בדיוק כמו באתר. עברו על הפרקים לפי הסדר – כל פרק מתבסס על הקודם. בסוף כל פרק יש שאלות לבדיקה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נהריה  ·  ראש פינה  ·  קריית  ·  רמת  ·  רואים  ·  שמש  ·  יה  ·  קריית שמונה  ·  סופרים  ·  אתא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איך פותרים חידת תמונה: מבנה וסולם רמזים –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השלב הראשון בפתרון חידת תמונה הוא לומר בקול מה רואים בכל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תמונה יכולה לייצג רק מילה אחת אפשרית, אין משמעות כפולה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סופרים את המשבצות כדי לדעת כמה מילים וכמה אותיות יש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איך פותרים חידת תמונה: מבנה וסולם רמזים – סולם הרמזים ושימוש בשלבים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הרמז הראשון בסולם הרמזים?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מפה – איזה 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אחרי רמז המפה, מהו הרמז הבא בסולם?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לפני שחושפים את התשובה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לוחצים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הסבר איך פתרתם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סופרים משבצות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איך פותרים חידת תמונה: מבנה וסולם רמזים – תרגול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הראשון אומרים בקול מה __________ בכל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השני __________ את המשבצות כדי לדעת כמה אותיות 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דרכי בניית חידה: צירוף, אותיות וסמיכות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דרך לבניית חידה משתמשת בצירוף של שתי מילים שלמות, כמו ראש+פינה?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צירוף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מילה+אותיות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נהריה נבנית בדרך 'מילה+אותיות'. מה החלק שאי אפשר לצייר בשמה?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דרכי בניית חידה: צירוף, אותיות וסמיכות – זיהוי והבנה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בית שמש נוצר מצירוף של שתי מילים שלמות - בית ושמש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בסמיכות, כשמילה כמו 'רמה' נסמכת למילה אחרת, ה-ה שבסופה הופכת ל-ת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דרכי בניית חידה: צירוף, אותיות וסמיכות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רמה + גן = __________ 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קריה + ים = __________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דרכי בניית חידה: צירוף, אותיות וסמיכות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ראש+פינה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צירוף מילים שלמות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בית+שמש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מילה+אותיות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נהר+יה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צירוף מילים שלמות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איל+ת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מילה+אותיות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צליל דומה, חיסור וצורת זוגי – חידות מתקדמות – היכרות עם הדרכים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'הומופון' בחידת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 מילים שנשמעות דומה אך כתובות או מתפרשות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מילים הפוכות באותיות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מילה שחוזרת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דוגמה מתאימה ל'חיסור 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רהיט − י = רהט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באר + 7 =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גבעה + גבעה = גבעתיים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צליל דומה, חיסור וצורת זוגי – חידות מתקדמות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'אתה' נשמעת כמו שם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קריה + 8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צליל דומה, חיסור וצורת זוגי – חידות מתקדמות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צירוף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גבעה + גבעה = גבעתיים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חיסור 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באר + 7 =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מספר במקום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ראש + פינה = ראש 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צורת זוגי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רהיט − י = רהט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צליל דומה, חיסור וצורת זוגי – חידות מתקדמות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'רהיט' מורידים את האות הראשונה כדי לקבל 'רהט'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'חולה' (לא מרגיש טוב) ו'החולה' (אזור בעמק) הם דוגמה להומופון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פותרים לפי אזור: מהגליל ועד הערבה – מכירים את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חידה יש סולם רמזים: קודם מפה, אחר כך האות הראשונה, ואז משחק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רמת הקושי של חידה מסומנת בכוכבים: קל, בינוני או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פותרים לפי אזור: מהגליל ועד הערבה – מקום ואזור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 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השרון והמרכז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טירת 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הנגב והערבה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רמת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הגליל והצפון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רהט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חיפה והכרמל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פותרים לפי אזור: מהגליל ועד הערבה – פותרים את משחק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ראש + פינה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נהר + יה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בונים חידת תמונה משלנו – מכירים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כשפותרים או בונים 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אומרים בקול מה רואים בכל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מחפשים מיד בלוח התשובות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סופרים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דרכים שונות לבניית חידה מוצגות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דרך בונים מילה כמו נהריה?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צירוף שתי מילים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ועוד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צורת זוגי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בונים חידת תמונה משלנו – מתרגלים פירוק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בית + __________ = בית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נהר + __________ = נהריה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בונים חידת תמונה משלנו – מתכננים חידה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צירוף שתי מילים שלמות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איל + 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מילה + אותיות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ראש + פינה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סמיכות (ה הופכת לת)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אתה → אתא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צליל דומה – הומופון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רמה + 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משחקים: חידון מהיר, קבוצות ומפת הארץ – זיכרון ומבנה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בחידון המהיר, כמה נקודות מקבלים על זיהוי נכון בניסיון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קבוצות אפשר לבחור במשחק הקבוצות?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עד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עד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עד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כדי לקבל נקודת בונוס במשחק הקבוצות?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מסבירים את משחק המילים בפתרון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מציירים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שרים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השלבים לפתרון חידת תמונה, ולמה חשוב לעשות אותם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לצירוף מילים ודוגמה אחת לסמיכות, והסבירו את ההבדל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מקום בארץ: חידות תמונה (רבוסים) על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