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חידת התמונה ואת שלבי הפתרון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העיקריות לבניית חידה: צירוף, אותיות, סמיכות, הומופון, חיסור, מספר וצורת 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אמיתיות ולזהות יישובים לפי אזור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ולבנות חידת תמונה עצמית בעזרת הכללים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פותרים חידת תמונה: מבנה וסולם רמזים –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מזהים את המילים האפשריות לפני שמחברים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לתמונה יש יותר ממשמעות אחת, למשל עין יכולה להיות גם איבר וגם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השלב השני בפתרון – ספירה לפני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בודקים אם התשובה היא באמת שם של יישוב קיים, ואם לא מחפשים 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פותרים חידת תמונה: מבנה וסולם רמזים – סולם הרמזים ושימוש בשלבים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מפה – איזה 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כותבים הסבר איך פתרתם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גם מספר המילים וגם מספר האותיות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פותרים חידת תמונה: מבנה וסולם רמזים – תרגול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דרכי בניית חידה: צירוף, אותיות וסמיכות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צירוף מילים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צירוף מילים שלמות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דרכי בניית חידה: צירוף, אותיות וסמיכות – זיהוי והבנה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אפשר לצייר בנפרד ולחבר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צורת הנסמך בעברית, למשל רמה+גן=רמת 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דרכי בניית חידה: צירוף, אותיות וסמיכות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נהריה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דרכי בניית חידה: צירוף, אותיות וסמיכות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(מילה+אותיות)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(מילה+אותיות)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(סמיכות (ה הופכת לת))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(סמיכות (ה הופכת לת))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צליל דומה, חיסור וצורת זוגי – חידות מתקדמות – היכרות עם 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שנשמעות דומה אך כתובות או מתפרשות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רהיט − י =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תמונת באר + הספרה 7 שנקראת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צליל דומה, חיסור וצורת זוגי – חידות מתקדמות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גבעתיים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צליל דומה, חיסור וצורת זוגי – חידות מתקדמות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+ פינה = ראש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(רהיט − י = רהט)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(באר + 7 = 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(גבעה + גבעה = גבעתיים)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(אתה → אתא)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צליל דומה, חיסור וצורת זוגי – חידות מתקדמות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מורידים את האות 'י' שנמצאת באמצע המילה, לא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נשמעות דומה אך המשמעות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לפי אזור: מהגליל ועד הערבה – מכירים את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סולם הרמזים בכל חידת תמונה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חידות גם על קיבוצים, מושבים ואתרי טבע, לא רק 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חידה מתויגת ברמת קושי לפי מספר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האתר מציג חידות משישה אזורים שונים בארץ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לפי אזור: מהגליל ועד הערבה – מקום ואזור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(הנגב והערבה)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(העמקים)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(השפלה והדרום)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לפי אזור: מהגליל ועד הערבה – פותרים את משחק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גבעתיים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ועוד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לנסות אותה על חבר או חברה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מתרגלים פירוק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חידת תמונה משלנו – מתכננים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+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(איל + 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(רמה + 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(אתה → אתא)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(גבעה + גבעה)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משחקים: חידון מהיר, קבוצות ומפת הארץ – זיכרון ומבנה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עד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מסבירים את משחק המילים בפתרון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ללחוץ על הנקודה הנכונה על מפת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מזכיר: זיהוי תמונה, ספירת משבצות, חיבור ובדיקה מול מפת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לצירוף היא שתי מילים נפרדות (למשל כפר יונה) והדוגמה לסמיכות מראה שינוי ה'-ה' ל'-ת' (למשל קריית 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מציגה פירוק הגיוני לחלקים מצוירים/אותיות, בהתאם לאחת מהשיטות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שיעורים: שיעור אחד לפתרון ולסולם רמזים, שיעור שני לדרכי הבנייה, שיעור שלישי לתרגול לפי אזור, ושיעור רביעי לבניית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בחידות קלות ובדרכי בניה הבסיסיות (צירוף ומילה+אותיות), ולדלג על הומופונים וחיסור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בניתוח לשוני: מדוע צורת הנסמך משתנה בעברית, ומה ההבדל בין הומופון להומונים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במשחק קצר (חידון בעל פה או עבודה בזוגות) לפני המעבר לפרק הבא, כדי לחזק את הלמידה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פתרון וחשיבה על חידות תמונה של יישובים בארץ, בדיוק כמו באתר. עברו על הפרקים לפי הסדר – כל פרק מתבסס על הקודם. בסוף כל פרק יש שאלות לבדיקה עצמית.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איך פותרים חידת תמונה: מבנה וסולם רמזים –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בפתרון חידת תמונה הוא לומר בקול מה רואים בכל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לייצג רק מילה אחת אפשרית, אין משמעות כפולה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המשבצות כדי לדעת כמה מילים וכמה אותיות יש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חיבור התמונות אין צורך לבדוק אם קיים יישוב כזה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איך פותרים חידת תמונה: מבנה וסולם רמזים – סולם הרמזים ושימוש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הרמז הראשון בסולם הרמזים?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– איזה 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חשיפת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רמז המפה, מהו הרמז הבא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לפני שחושפים את התשובה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הסבר איך פתרתם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משבצות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מסלול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בחידה עם 2 מילים ו-8 אותיות, מה בודקים בשלב הספירה?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מספר המילים וגם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הצבעים בתמונה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איך פותרים חידת תמונה: מבנה וסולם רמזים – תרגול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אומרים בקול מה __________ בכל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__________ את המשבצות כדי לדעת כמה אותיות 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מחברים את המילים ובודקים אם קיים __________ כזה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דרכי בניית חידה: צירוף, אותיות וסמיכות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דרך לבניית חידה משתמשת בצירוף של שתי מילים שלמות, כמו ראש+פינה?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מילה+אותיות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נהריה נבנית בדרך 'מילה+אותיות'. מה החלק שאי אפשר לצייר בשמה?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כפר+יונה הם שתי מילים שמתחברות לשם יישוב. איזו דרך בנייה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מילה+אותיות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צורת זוגי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דרכי בניית חידה: צירוף, אותיות וסמיכות – זיהוי והבנה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שמש נוצר מצירוף של שתי מילים שלמות - בית ושמש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בסמיכות, כשמילה כמו 'רמה' נסמכת למילה אחרת, ה-ה שבסופה הופכת ל-ת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דרכי בניית חידה: צירוף, אותיות וסמיכות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רמה + גן = __________ 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ים = __________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איל + ת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 + יה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דרכי בניית חידה: צירוף, אותיות וסמיכות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ראש+פינה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סמיכות (ה הופכת לת)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בית+שמש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סמיכות (ה הופכת לת)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נהר+יה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מילה+אותיות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איל+ת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מילה+אותיות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רמה+גן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צירוף מילים שלמות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קריה+ים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צירוף מילים שלמות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צליל דומה, חיסור וצורת זוגי – חידות מתקדמות – היכרות עם הדרכים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'הומופון'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שנשמעות דומה אך כתובות או מתפרשות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מילים הפוכות באותיות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שחוזרת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שמתחילה באות חסרה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דוגמה מתאימה ל'חיסור 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רהיט − י = 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+ 7 =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גבעה + גבעה = גבעתיים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+ פינה =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בונים את השם 'באר שבע'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תמונת באר + הספרה 7 שנקראת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תמונת באר + תמונת שבע כבשים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תמונת מים + אות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תמונת באר + תמונת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צליל דומה, חיסור וצורת זוגי – חידות מתקדמות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'אתה' נשמעת כמו שם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+ 8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גבעה + גבעה = __________ (צורת זוגי)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צליל דומה, חיסור וצורת זוגי – חידות מתקדמות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גבעה + גבעה = גבעתיים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חיסור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באר + 7 =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במקום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+ פינה = ראש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צורת זוגי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אתה →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רהיט − י = רהט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צליל דומה, חיסור וצורת זוגי – חידות מתקדמות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'רהיט' מורידים את האות הראשונה כדי לקבל 'רהט'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'חולה' (לא מרגיש טוב) ו'החולה' (אזור בעמק) הם דוגמה להומופון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פותרים לפי אזור: מהגליל ועד הערבה – מכירים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יש סולם רמזים: קודם מפה, אחר כך האות הראשונה, ואז משחק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65 החידות באתר הן רק על ערים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הקושי של חידה מסומנת בכוכבים: קל, בינוני או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החידות באתר מתפזרות על כל אזורי הארץ, מהגליל ועד אילת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פותרים לפי אזור: מהגליל ועד הערבה – מקום ואזור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הנגב והערבה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רהט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חיפה והכרמל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 העמק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קריית 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הגליל והצפון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פותרים לפי אזור: מהגליל ועד הערבה – פותרים את משחק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+ פינה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נהר + יה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רמה (בצורת נסמך) + גן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רהיט פחות האות הראשונה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גבעה + גבעה (בצורת זוגי)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חידת תמונה משלנו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כשפותרים או בונים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מיד בלוח 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דרכים שונות לבניית חידה מוצגות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דרך בונים מילה כמו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שתי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ועוד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לפני ששולחים חידה לחברים, מה כדאי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לנסות אותה על חבר או חברה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כמה שיותר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לבדוק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חידת תמונה משלנו – מתרגלים פירוק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נהר + __________ = נהריה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רהיט פחות אות אחת (י) נותן את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רמה שנסמכת למילה גן הופכת ל... רמת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חידת תמונה משלנו – מתכננים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שתי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רמה + 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מילה + אותיות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אתה →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 (ה הופכת לת)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+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צליל דומה –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גבעה + גבעה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צורת זוגי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איל + 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משחקים: חידון מהיר, קבוצות ומפת הארץ – זיכרון ומבנה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בחידון המהיר, כמה נקודות מקבלים על זיהוי נכון בניסיון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אפשר לבחור במשחק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עד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עד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כדי לקבל נקודת בונוס במשחק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מסבירים את משחק המילים בפתרון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קבוצה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המשימה במשחק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שם היישוב באותיות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על הנקודה הנכונה על מפת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התמונה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צבע למפה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השלבים לפתרון חידת תמונה, ולמה חשוב לעשות אותם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לצירוף מילים ודוגמה אחת לסמיכות, והסבירו את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יישוב מוכר ותארו איך הייתם מפרקים את שמו לחלקים בחידת תמונה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(רבוסים)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